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Unit Rubric: Political Parties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Political Parties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Assessed on Worksheet 2, the End of Unit Concepts Check, and lesson evidence. Tied to the BC Social Studies curricular competencies.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016"/>
        <w:gridCol w:w="2160"/>
        <w:gridCol w:w="2520"/>
        <w:gridCol w:w="2232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Criteria</w:t>
            </w:r>
          </w:p>
        </w:tc>
        <w:tc>
          <w:tcPr>
            <w:tcW w:type="dxa" w:w="201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Emerging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Developing</w:t>
            </w:r>
          </w:p>
        </w:tc>
        <w:tc>
          <w:tcPr>
            <w:tcW w:type="dxa" w:w="252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Proficient</w:t>
            </w:r>
          </w:p>
        </w:tc>
        <w:tc>
          <w:tcPr>
            <w:tcW w:type="dxa" w:w="22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Extending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Parties and government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Names a party only.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what a party or platform is.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parties, platforms, and how government forms.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majority, premier, and why seats matter.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Inquiry (research)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Little information found.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Finds a leader or slogan.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Finds leader, candidate, slogan, and 3 ideas.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who each idea helps, with detail.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Evidence and media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Uses one source without question.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Names where information came from.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Tells facts from persuasion in party sources.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how media shapes views (Gr 6).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Perspective and judgment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Gives no reason.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Gives an opinion with a simple reason.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Compares plans on an issue and justifies a choice.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Weighs who is helped or left out by each plan.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Respectful discussion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Rarely shares or listens.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Shares or listens with reminders.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Shares and listens respectfully in Two Cents.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Builds on others' ideas and invites quiet voices.</w:t>
            </w:r>
          </w:p>
        </w:tc>
      </w:tr>
    </w:tbl>
    <w:p>
      <w:pPr>
        <w:spacing w:after="120"/>
      </w:pPr>
    </w:p>
    <w:p>
      <w:pPr>
        <w:spacing w:after="60" w:before="0"/>
      </w:pPr>
      <w:r>
        <w:rPr>
          <w:b/>
          <w:i w:val="0"/>
          <w:sz w:val="22"/>
        </w:rPr>
        <w:t>Teacher comment: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